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DA4EA" w14:textId="77777777" w:rsidR="00B00F9C" w:rsidRPr="00B50B54" w:rsidRDefault="0018708D">
      <w:pPr>
        <w:pStyle w:val="Nagwek1"/>
        <w:rPr>
          <w:rFonts w:ascii="ABC Repro Medium" w:hAnsi="ABC Repro Medium"/>
          <w:color w:val="000000" w:themeColor="text1"/>
          <w:lang w:val="pl-PL"/>
        </w:rPr>
      </w:pPr>
      <w:r w:rsidRPr="00B50B54">
        <w:rPr>
          <w:rFonts w:ascii="ABC Repro Medium" w:hAnsi="ABC Repro Medium"/>
          <w:color w:val="000000" w:themeColor="text1"/>
          <w:lang w:val="pl-PL"/>
        </w:rPr>
        <w:t>Formularz zgłoszeniowy wolontariusza</w:t>
      </w:r>
    </w:p>
    <w:p w14:paraId="0B6C8C56" w14:textId="77777777" w:rsidR="00B50B54" w:rsidRDefault="00B50B54">
      <w:pPr>
        <w:rPr>
          <w:rFonts w:ascii="ABC Repro Medium" w:hAnsi="ABC Repro Medium"/>
          <w:b/>
          <w:color w:val="000000" w:themeColor="text1"/>
          <w:lang w:val="pl-PL"/>
        </w:rPr>
      </w:pPr>
    </w:p>
    <w:p w14:paraId="5E508539" w14:textId="77777777" w:rsidR="00B00F9C" w:rsidRPr="00B50B54" w:rsidRDefault="0018708D">
      <w:pPr>
        <w:rPr>
          <w:rFonts w:ascii="ABC Repro Medium" w:hAnsi="ABC Repro Medium"/>
          <w:b/>
          <w:color w:val="000000" w:themeColor="text1"/>
          <w:lang w:val="pl-PL"/>
        </w:rPr>
      </w:pPr>
      <w:r w:rsidRPr="00B50B54">
        <w:rPr>
          <w:rFonts w:ascii="ABC Repro Medium" w:hAnsi="ABC Repro Medium"/>
          <w:b/>
          <w:color w:val="000000" w:themeColor="text1"/>
          <w:lang w:val="pl-PL"/>
        </w:rPr>
        <w:t>Wydarzenie: „Pakt dla Młodych”</w:t>
      </w:r>
    </w:p>
    <w:p w14:paraId="5213CE92" w14:textId="77777777" w:rsidR="00B00F9C" w:rsidRPr="00B50B54" w:rsidRDefault="0018708D">
      <w:pPr>
        <w:rPr>
          <w:rFonts w:ascii="ABC Repro Medium" w:hAnsi="ABC Repro Medium"/>
          <w:b/>
          <w:color w:val="000000" w:themeColor="text1"/>
          <w:lang w:val="pl-PL"/>
        </w:rPr>
      </w:pPr>
      <w:r w:rsidRPr="00B50B54">
        <w:rPr>
          <w:rFonts w:ascii="ABC Repro Medium" w:hAnsi="ABC Repro Medium"/>
          <w:b/>
          <w:color w:val="000000" w:themeColor="text1"/>
          <w:lang w:val="pl-PL"/>
        </w:rPr>
        <w:t>Katowice, 8–9 października 2025 r.</w:t>
      </w:r>
    </w:p>
    <w:p w14:paraId="5CE8A256" w14:textId="77777777" w:rsidR="00B00F9C" w:rsidRPr="00B50B54" w:rsidRDefault="0018708D">
      <w:pPr>
        <w:rPr>
          <w:rFonts w:ascii="ABC Repro Medium" w:hAnsi="ABC Repro Medium"/>
          <w:b/>
          <w:color w:val="000000" w:themeColor="text1"/>
          <w:lang w:val="pl-PL"/>
        </w:rPr>
      </w:pPr>
      <w:r w:rsidRPr="00B50B54">
        <w:rPr>
          <w:rFonts w:ascii="ABC Repro Medium" w:hAnsi="ABC Repro Medium"/>
          <w:b/>
          <w:color w:val="000000" w:themeColor="text1"/>
          <w:lang w:val="pl-PL"/>
        </w:rPr>
        <w:t>Wydarzenie odbywa się w ramach realizacji programu Bardzo Młoda Kultura woj. śląskie, edycja 2025, dofinansowanego ze środków Ministra Kultury i Dziedzictwa Narodowego, w ramach programu Narodowego Centrum Kultury: Bardzo Młoda Kultura 2023–2025.</w:t>
      </w:r>
    </w:p>
    <w:p w14:paraId="63A89B46" w14:textId="77777777" w:rsidR="00B00F9C" w:rsidRPr="00B50B54" w:rsidRDefault="0018708D">
      <w:pPr>
        <w:pStyle w:val="Nagwek2"/>
        <w:rPr>
          <w:rFonts w:ascii="ABC Repro Medium" w:hAnsi="ABC Repro Medium"/>
          <w:color w:val="000000" w:themeColor="text1"/>
          <w:lang w:val="pl-PL"/>
        </w:rPr>
      </w:pPr>
      <w:r w:rsidRPr="00B50B54">
        <w:rPr>
          <w:rFonts w:ascii="ABC Repro Medium" w:hAnsi="ABC Repro Medium"/>
          <w:color w:val="000000" w:themeColor="text1"/>
          <w:lang w:val="pl-PL"/>
        </w:rPr>
        <w:t>1. Dane osobowe</w:t>
      </w:r>
    </w:p>
    <w:p w14:paraId="5659CB0F" w14:textId="77777777" w:rsidR="00B00F9C" w:rsidRPr="00B50B54" w:rsidRDefault="0018708D">
      <w:pPr>
        <w:rPr>
          <w:rFonts w:ascii="ABC Repro Medium" w:hAnsi="ABC Repro Medium"/>
          <w:b/>
          <w:color w:val="000000" w:themeColor="text1"/>
          <w:lang w:val="pl-PL"/>
        </w:rPr>
      </w:pPr>
      <w:r w:rsidRPr="00B50B54">
        <w:rPr>
          <w:rFonts w:ascii="ABC Repro Medium" w:hAnsi="ABC Repro Medium"/>
          <w:b/>
          <w:color w:val="000000" w:themeColor="text1"/>
          <w:lang w:val="pl-PL"/>
        </w:rPr>
        <w:t>Imię i nazwisko: ............................................................</w:t>
      </w:r>
    </w:p>
    <w:p w14:paraId="4DCFD73D" w14:textId="77777777" w:rsidR="00B00F9C" w:rsidRPr="00B50B54" w:rsidRDefault="0018708D">
      <w:pPr>
        <w:rPr>
          <w:rFonts w:ascii="ABC Repro Medium" w:hAnsi="ABC Repro Medium"/>
          <w:b/>
          <w:color w:val="000000" w:themeColor="text1"/>
          <w:lang w:val="pl-PL"/>
        </w:rPr>
      </w:pPr>
      <w:r w:rsidRPr="00B50B54">
        <w:rPr>
          <w:rFonts w:ascii="ABC Repro Medium" w:hAnsi="ABC Repro Medium"/>
          <w:b/>
          <w:color w:val="000000" w:themeColor="text1"/>
          <w:lang w:val="pl-PL"/>
        </w:rPr>
        <w:t>Data urodzenia: ............................................................</w:t>
      </w:r>
    </w:p>
    <w:p w14:paraId="3981225E" w14:textId="77777777" w:rsidR="00B00F9C" w:rsidRPr="00B50B54" w:rsidRDefault="0018708D">
      <w:pPr>
        <w:rPr>
          <w:rFonts w:ascii="ABC Repro Medium" w:hAnsi="ABC Repro Medium"/>
          <w:b/>
          <w:color w:val="000000" w:themeColor="text1"/>
          <w:lang w:val="pl-PL"/>
        </w:rPr>
      </w:pPr>
      <w:r w:rsidRPr="00B50B54">
        <w:rPr>
          <w:rFonts w:ascii="ABC Repro Medium" w:hAnsi="ABC Repro Medium"/>
          <w:b/>
          <w:color w:val="000000" w:themeColor="text1"/>
          <w:lang w:val="pl-PL"/>
        </w:rPr>
        <w:t>Adres e-mail: ............................................................</w:t>
      </w:r>
    </w:p>
    <w:p w14:paraId="2A103682" w14:textId="77777777" w:rsidR="00B00F9C" w:rsidRPr="00B50B54" w:rsidRDefault="0018708D">
      <w:pPr>
        <w:rPr>
          <w:rFonts w:ascii="ABC Repro Medium" w:hAnsi="ABC Repro Medium"/>
          <w:b/>
          <w:color w:val="000000" w:themeColor="text1"/>
          <w:lang w:val="pl-PL"/>
        </w:rPr>
      </w:pPr>
      <w:r w:rsidRPr="00B50B54">
        <w:rPr>
          <w:rFonts w:ascii="ABC Repro Medium" w:hAnsi="ABC Repro Medium"/>
          <w:b/>
          <w:color w:val="000000" w:themeColor="text1"/>
          <w:lang w:val="pl-PL"/>
        </w:rPr>
        <w:t>Telefon kontaktowy: ..................................................</w:t>
      </w:r>
    </w:p>
    <w:p w14:paraId="4B07E235" w14:textId="77777777" w:rsidR="00B00F9C" w:rsidRPr="00B50B54" w:rsidRDefault="0018708D">
      <w:pPr>
        <w:pStyle w:val="Nagwek2"/>
        <w:rPr>
          <w:rFonts w:ascii="ABC Repro Medium" w:hAnsi="ABC Repro Medium"/>
          <w:color w:val="000000" w:themeColor="text1"/>
          <w:lang w:val="pl-PL"/>
        </w:rPr>
      </w:pPr>
      <w:r w:rsidRPr="00B50B54">
        <w:rPr>
          <w:rFonts w:ascii="ABC Repro Medium" w:hAnsi="ABC Repro Medium"/>
          <w:color w:val="000000" w:themeColor="text1"/>
          <w:lang w:val="pl-PL"/>
        </w:rPr>
        <w:t>2. Doświadczenie i motywacja</w:t>
      </w:r>
    </w:p>
    <w:p w14:paraId="087DE1F3" w14:textId="77777777" w:rsidR="00B00F9C" w:rsidRPr="00B50B54" w:rsidRDefault="0018708D">
      <w:pPr>
        <w:rPr>
          <w:rFonts w:ascii="ABC Repro Medium" w:hAnsi="ABC Repro Medium"/>
          <w:b/>
          <w:color w:val="000000" w:themeColor="text1"/>
          <w:lang w:val="pl-PL"/>
        </w:rPr>
      </w:pPr>
      <w:r w:rsidRPr="00B50B54">
        <w:rPr>
          <w:rFonts w:ascii="ABC Repro Medium" w:hAnsi="ABC Repro Medium"/>
          <w:b/>
          <w:color w:val="000000" w:themeColor="text1"/>
          <w:lang w:val="pl-PL"/>
        </w:rPr>
        <w:t>1. Czy posiada Pan/Pani doświadczenie w wolontariacie lub pracy przy wydarzeniach kulturalnych?</w:t>
      </w:r>
    </w:p>
    <w:p w14:paraId="6051E0D2" w14:textId="77777777" w:rsidR="00B00F9C" w:rsidRPr="00B50B54" w:rsidRDefault="0018708D">
      <w:pPr>
        <w:rPr>
          <w:rFonts w:ascii="ABC Repro Medium" w:hAnsi="ABC Repro Medium"/>
          <w:b/>
          <w:color w:val="000000" w:themeColor="text1"/>
          <w:lang w:val="pl-PL"/>
        </w:rPr>
      </w:pPr>
      <w:r w:rsidRPr="00B50B54">
        <w:rPr>
          <w:rFonts w:ascii="Segoe UI Symbol" w:hAnsi="Segoe UI Symbol" w:cs="Segoe UI Symbol"/>
          <w:b/>
          <w:color w:val="000000" w:themeColor="text1"/>
          <w:lang w:val="pl-PL"/>
        </w:rPr>
        <w:t>☐</w:t>
      </w:r>
      <w:r w:rsidRPr="00B50B54">
        <w:rPr>
          <w:rFonts w:ascii="ABC Repro Medium" w:hAnsi="ABC Repro Medium"/>
          <w:b/>
          <w:color w:val="000000" w:themeColor="text1"/>
          <w:lang w:val="pl-PL"/>
        </w:rPr>
        <w:t xml:space="preserve"> Tak – proszę opisać: ..................................................................</w:t>
      </w:r>
    </w:p>
    <w:p w14:paraId="402AC54F" w14:textId="77777777" w:rsidR="00B00F9C" w:rsidRPr="00B50B54" w:rsidRDefault="0018708D">
      <w:pPr>
        <w:rPr>
          <w:rFonts w:ascii="ABC Repro Medium" w:hAnsi="ABC Repro Medium"/>
          <w:b/>
          <w:color w:val="000000" w:themeColor="text1"/>
          <w:lang w:val="pl-PL"/>
        </w:rPr>
      </w:pPr>
      <w:r w:rsidRPr="00B50B54">
        <w:rPr>
          <w:rFonts w:ascii="Segoe UI Symbol" w:hAnsi="Segoe UI Symbol" w:cs="Segoe UI Symbol"/>
          <w:b/>
          <w:color w:val="000000" w:themeColor="text1"/>
          <w:lang w:val="pl-PL"/>
        </w:rPr>
        <w:t>☐</w:t>
      </w:r>
      <w:r w:rsidRPr="00B50B54">
        <w:rPr>
          <w:rFonts w:ascii="ABC Repro Medium" w:hAnsi="ABC Repro Medium"/>
          <w:b/>
          <w:color w:val="000000" w:themeColor="text1"/>
          <w:lang w:val="pl-PL"/>
        </w:rPr>
        <w:t xml:space="preserve"> Nie</w:t>
      </w:r>
    </w:p>
    <w:p w14:paraId="43E04C8E" w14:textId="77777777" w:rsidR="00B00F9C" w:rsidRPr="00B50B54" w:rsidRDefault="0018708D">
      <w:pPr>
        <w:rPr>
          <w:rFonts w:ascii="ABC Repro Medium" w:hAnsi="ABC Repro Medium"/>
          <w:b/>
          <w:color w:val="000000" w:themeColor="text1"/>
          <w:lang w:val="pl-PL"/>
        </w:rPr>
      </w:pPr>
      <w:r w:rsidRPr="00B50B54">
        <w:rPr>
          <w:rFonts w:ascii="ABC Repro Medium" w:hAnsi="ABC Repro Medium"/>
          <w:b/>
          <w:color w:val="000000" w:themeColor="text1"/>
          <w:lang w:val="pl-PL"/>
        </w:rPr>
        <w:t>2. Dlaczego chce Pan/Pani zostać wolontariuszem podczas wydarzenia „Pakt dla Młodych”?</w:t>
      </w:r>
    </w:p>
    <w:p w14:paraId="0EE5A9CC" w14:textId="77777777" w:rsidR="00B00F9C" w:rsidRPr="00B50B54" w:rsidRDefault="0018708D">
      <w:pPr>
        <w:rPr>
          <w:rFonts w:ascii="ABC Repro Medium" w:hAnsi="ABC Repro Medium"/>
          <w:b/>
          <w:color w:val="000000" w:themeColor="text1"/>
          <w:lang w:val="pl-PL"/>
        </w:rPr>
      </w:pPr>
      <w:r w:rsidRPr="00B50B54">
        <w:rPr>
          <w:rFonts w:ascii="ABC Repro Medium" w:hAnsi="ABC Repro Medium"/>
          <w:b/>
          <w:color w:val="000000" w:themeColor="text1"/>
          <w:lang w:val="pl-PL"/>
        </w:rPr>
        <w:t>................................................................................</w:t>
      </w:r>
    </w:p>
    <w:p w14:paraId="1BAFB228" w14:textId="77777777" w:rsidR="00B00F9C" w:rsidRPr="00B50B54" w:rsidRDefault="0018708D">
      <w:pPr>
        <w:rPr>
          <w:rFonts w:ascii="ABC Repro Medium" w:hAnsi="ABC Repro Medium"/>
          <w:b/>
          <w:color w:val="000000" w:themeColor="text1"/>
          <w:lang w:val="pl-PL"/>
        </w:rPr>
      </w:pPr>
      <w:r w:rsidRPr="00B50B54">
        <w:rPr>
          <w:rFonts w:ascii="ABC Repro Medium" w:hAnsi="ABC Repro Medium"/>
          <w:b/>
          <w:color w:val="000000" w:themeColor="text1"/>
          <w:lang w:val="pl-PL"/>
        </w:rPr>
        <w:t>................................................................................</w:t>
      </w:r>
    </w:p>
    <w:p w14:paraId="3E52611A" w14:textId="77777777" w:rsidR="00B00F9C" w:rsidRPr="00B50B54" w:rsidRDefault="0018708D">
      <w:pPr>
        <w:pStyle w:val="Nagwek2"/>
        <w:rPr>
          <w:rFonts w:ascii="ABC Repro Medium" w:hAnsi="ABC Repro Medium"/>
          <w:color w:val="000000" w:themeColor="text1"/>
          <w:lang w:val="pl-PL"/>
        </w:rPr>
      </w:pPr>
      <w:r w:rsidRPr="00B50B54">
        <w:rPr>
          <w:rFonts w:ascii="ABC Repro Medium" w:hAnsi="ABC Repro Medium"/>
          <w:color w:val="000000" w:themeColor="text1"/>
          <w:lang w:val="pl-PL"/>
        </w:rPr>
        <w:t>3. Dyspozycyjność</w:t>
      </w:r>
    </w:p>
    <w:p w14:paraId="7964019A" w14:textId="77777777" w:rsidR="00B00F9C" w:rsidRPr="00B50B54" w:rsidRDefault="0018708D">
      <w:pPr>
        <w:rPr>
          <w:rFonts w:ascii="ABC Repro Medium" w:hAnsi="ABC Repro Medium"/>
          <w:b/>
          <w:color w:val="000000" w:themeColor="text1"/>
          <w:lang w:val="pl-PL"/>
        </w:rPr>
      </w:pPr>
      <w:r w:rsidRPr="00B50B54">
        <w:rPr>
          <w:rFonts w:ascii="ABC Repro Medium" w:hAnsi="ABC Repro Medium"/>
          <w:b/>
          <w:color w:val="000000" w:themeColor="text1"/>
          <w:lang w:val="pl-PL"/>
        </w:rPr>
        <w:t>Proszę zaznaczyć dostępność:</w:t>
      </w:r>
      <w:r w:rsidRPr="00B50B54">
        <w:rPr>
          <w:rFonts w:ascii="ABC Repro Medium" w:hAnsi="ABC Repro Medium"/>
          <w:b/>
          <w:color w:val="000000" w:themeColor="text1"/>
          <w:lang w:val="pl-PL"/>
        </w:rPr>
        <w:br/>
      </w:r>
      <w:r w:rsidRPr="00B50B54">
        <w:rPr>
          <w:rFonts w:ascii="Segoe UI Symbol" w:hAnsi="Segoe UI Symbol" w:cs="Segoe UI Symbol"/>
          <w:b/>
          <w:color w:val="000000" w:themeColor="text1"/>
          <w:lang w:val="pl-PL"/>
        </w:rPr>
        <w:t>☐</w:t>
      </w:r>
      <w:r w:rsidRPr="00B50B54">
        <w:rPr>
          <w:rFonts w:ascii="ABC Repro Medium" w:hAnsi="ABC Repro Medium"/>
          <w:b/>
          <w:color w:val="000000" w:themeColor="text1"/>
          <w:lang w:val="pl-PL"/>
        </w:rPr>
        <w:t xml:space="preserve"> 8 października 2025 r.</w:t>
      </w:r>
      <w:r w:rsidRPr="00B50B54">
        <w:rPr>
          <w:rFonts w:ascii="ABC Repro Medium" w:hAnsi="ABC Repro Medium"/>
          <w:b/>
          <w:color w:val="000000" w:themeColor="text1"/>
          <w:lang w:val="pl-PL"/>
        </w:rPr>
        <w:br/>
      </w:r>
      <w:r w:rsidRPr="00B50B54">
        <w:rPr>
          <w:rFonts w:ascii="Segoe UI Symbol" w:hAnsi="Segoe UI Symbol" w:cs="Segoe UI Symbol"/>
          <w:b/>
          <w:color w:val="000000" w:themeColor="text1"/>
          <w:lang w:val="pl-PL"/>
        </w:rPr>
        <w:t>☐</w:t>
      </w:r>
      <w:r w:rsidRPr="00B50B54">
        <w:rPr>
          <w:rFonts w:ascii="ABC Repro Medium" w:hAnsi="ABC Repro Medium"/>
          <w:b/>
          <w:color w:val="000000" w:themeColor="text1"/>
          <w:lang w:val="pl-PL"/>
        </w:rPr>
        <w:t xml:space="preserve"> 9 października 2025 r.</w:t>
      </w:r>
      <w:r w:rsidRPr="00B50B54">
        <w:rPr>
          <w:rFonts w:ascii="ABC Repro Medium" w:hAnsi="ABC Repro Medium"/>
          <w:b/>
          <w:color w:val="000000" w:themeColor="text1"/>
          <w:lang w:val="pl-PL"/>
        </w:rPr>
        <w:br/>
      </w:r>
      <w:r w:rsidRPr="00B50B54">
        <w:rPr>
          <w:rFonts w:ascii="Segoe UI Symbol" w:hAnsi="Segoe UI Symbol" w:cs="Segoe UI Symbol"/>
          <w:b/>
          <w:color w:val="000000" w:themeColor="text1"/>
          <w:lang w:val="pl-PL"/>
        </w:rPr>
        <w:t>☐</w:t>
      </w:r>
      <w:r w:rsidRPr="00B50B54">
        <w:rPr>
          <w:rFonts w:ascii="ABC Repro Medium" w:hAnsi="ABC Repro Medium"/>
          <w:b/>
          <w:color w:val="000000" w:themeColor="text1"/>
          <w:lang w:val="pl-PL"/>
        </w:rPr>
        <w:t xml:space="preserve"> Oba dni</w:t>
      </w:r>
    </w:p>
    <w:p w14:paraId="0C9E6503" w14:textId="77777777" w:rsidR="00B00F9C" w:rsidRPr="00B50B54" w:rsidRDefault="0018708D">
      <w:pPr>
        <w:pStyle w:val="Nagwek2"/>
        <w:rPr>
          <w:rFonts w:ascii="ABC Repro Medium" w:hAnsi="ABC Repro Medium"/>
          <w:color w:val="000000" w:themeColor="text1"/>
          <w:lang w:val="pl-PL"/>
        </w:rPr>
      </w:pPr>
      <w:r w:rsidRPr="00B50B54">
        <w:rPr>
          <w:rFonts w:ascii="ABC Repro Medium" w:hAnsi="ABC Repro Medium"/>
          <w:color w:val="000000" w:themeColor="text1"/>
          <w:lang w:val="pl-PL"/>
        </w:rPr>
        <w:lastRenderedPageBreak/>
        <w:t>4. Dodatkowe informacje</w:t>
      </w:r>
    </w:p>
    <w:p w14:paraId="3395E581" w14:textId="77777777" w:rsidR="00B00F9C" w:rsidRPr="00B50B54" w:rsidRDefault="0018708D">
      <w:pPr>
        <w:rPr>
          <w:rFonts w:ascii="ABC Repro Medium" w:hAnsi="ABC Repro Medium"/>
          <w:b/>
          <w:color w:val="000000" w:themeColor="text1"/>
          <w:lang w:val="pl-PL"/>
        </w:rPr>
      </w:pPr>
      <w:r w:rsidRPr="00B50B54">
        <w:rPr>
          <w:rFonts w:ascii="ABC Repro Medium" w:hAnsi="ABC Repro Medium"/>
          <w:b/>
          <w:color w:val="000000" w:themeColor="text1"/>
          <w:lang w:val="pl-PL"/>
        </w:rPr>
        <w:t>Czy posiada Pan/Pani szczególne umiejętności, np. językowe, organizacyjne, techniczne?</w:t>
      </w:r>
    </w:p>
    <w:p w14:paraId="18924F4C" w14:textId="77777777" w:rsidR="00B00F9C" w:rsidRPr="00B50B54" w:rsidRDefault="0018708D">
      <w:pPr>
        <w:rPr>
          <w:rFonts w:ascii="ABC Repro Medium" w:hAnsi="ABC Repro Medium"/>
          <w:b/>
          <w:color w:val="000000" w:themeColor="text1"/>
          <w:lang w:val="pl-PL"/>
        </w:rPr>
      </w:pPr>
      <w:r w:rsidRPr="00B50B54">
        <w:rPr>
          <w:rFonts w:ascii="ABC Repro Medium" w:hAnsi="ABC Repro Medium"/>
          <w:b/>
          <w:color w:val="000000" w:themeColor="text1"/>
          <w:lang w:val="pl-PL"/>
        </w:rPr>
        <w:t>................................................................................</w:t>
      </w:r>
    </w:p>
    <w:p w14:paraId="3FF8CA63" w14:textId="77777777" w:rsidR="00B00F9C" w:rsidRPr="00B50B54" w:rsidRDefault="0018708D">
      <w:pPr>
        <w:rPr>
          <w:rFonts w:ascii="ABC Repro Medium" w:hAnsi="ABC Repro Medium"/>
          <w:b/>
          <w:color w:val="000000" w:themeColor="text1"/>
          <w:lang w:val="pl-PL"/>
        </w:rPr>
      </w:pPr>
      <w:r w:rsidRPr="00B50B54">
        <w:rPr>
          <w:rFonts w:ascii="ABC Repro Medium" w:hAnsi="ABC Repro Medium"/>
          <w:b/>
          <w:color w:val="000000" w:themeColor="text1"/>
          <w:lang w:val="pl-PL"/>
        </w:rPr>
        <w:t>................................................................................</w:t>
      </w:r>
    </w:p>
    <w:p w14:paraId="4678FF26" w14:textId="77777777" w:rsidR="00CC3509" w:rsidRDefault="00CC3509">
      <w:pPr>
        <w:pStyle w:val="Nagwek2"/>
        <w:rPr>
          <w:rFonts w:ascii="ABC Repro Medium" w:hAnsi="ABC Repro Medium"/>
          <w:color w:val="000000" w:themeColor="text1"/>
          <w:lang w:val="pl-PL"/>
        </w:rPr>
      </w:pPr>
    </w:p>
    <w:p w14:paraId="2AE11DB6" w14:textId="77777777" w:rsidR="00CC3509" w:rsidRPr="00CC3509" w:rsidRDefault="0018708D" w:rsidP="00CC3509">
      <w:pPr>
        <w:pStyle w:val="Nagwek2"/>
        <w:rPr>
          <w:rFonts w:ascii="ABC Repro Medium" w:hAnsi="ABC Repro Medium"/>
          <w:color w:val="000000" w:themeColor="text1"/>
          <w:lang w:val="pl-PL"/>
        </w:rPr>
      </w:pPr>
      <w:r w:rsidRPr="00B50B54">
        <w:rPr>
          <w:rFonts w:ascii="ABC Repro Medium" w:hAnsi="ABC Repro Medium"/>
          <w:color w:val="000000" w:themeColor="text1"/>
          <w:lang w:val="pl-PL"/>
        </w:rPr>
        <w:t>5. Zgody</w:t>
      </w:r>
    </w:p>
    <w:p w14:paraId="193D9ED8" w14:textId="77777777" w:rsidR="00B00F9C" w:rsidRPr="00B50B54" w:rsidRDefault="0018708D">
      <w:pPr>
        <w:rPr>
          <w:rFonts w:ascii="ABC Repro Medium" w:hAnsi="ABC Repro Medium"/>
          <w:b/>
          <w:color w:val="000000" w:themeColor="text1"/>
          <w:lang w:val="pl-PL"/>
        </w:rPr>
      </w:pPr>
      <w:r w:rsidRPr="00B50B54">
        <w:rPr>
          <w:rFonts w:ascii="Segoe UI Symbol" w:hAnsi="Segoe UI Symbol" w:cs="Segoe UI Symbol"/>
          <w:b/>
          <w:color w:val="000000" w:themeColor="text1"/>
          <w:lang w:val="pl-PL"/>
        </w:rPr>
        <w:t>☐</w:t>
      </w:r>
      <w:r w:rsidRPr="00B50B54">
        <w:rPr>
          <w:rFonts w:ascii="ABC Repro Medium" w:hAnsi="ABC Repro Medium"/>
          <w:b/>
          <w:color w:val="000000" w:themeColor="text1"/>
          <w:lang w:val="pl-PL"/>
        </w:rPr>
        <w:t xml:space="preserve"> Wyrażam zgodę na przetwarzanie moich danych osobowych na potrzeby rekrutacji wolontariuszy do wydarzenia „Pakt dla Młodych”, zgodnie z Rozporządzeniem Parlamentu Europejskiego i Rady (UE) 2016/679 (RODO).</w:t>
      </w:r>
    </w:p>
    <w:p w14:paraId="6C038222" w14:textId="77777777" w:rsidR="00CC3509" w:rsidRDefault="00CC3509">
      <w:pPr>
        <w:rPr>
          <w:rFonts w:ascii="ABC Repro Medium" w:hAnsi="ABC Repro Medium"/>
          <w:b/>
          <w:color w:val="000000" w:themeColor="text1"/>
          <w:lang w:val="pl-PL"/>
        </w:rPr>
      </w:pPr>
    </w:p>
    <w:p w14:paraId="5DA43EFF" w14:textId="77777777" w:rsidR="00B00F9C" w:rsidRPr="00B50B54" w:rsidRDefault="0018708D">
      <w:pPr>
        <w:rPr>
          <w:rFonts w:ascii="ABC Repro Medium" w:hAnsi="ABC Repro Medium"/>
          <w:b/>
          <w:color w:val="000000" w:themeColor="text1"/>
        </w:rPr>
      </w:pPr>
      <w:proofErr w:type="spellStart"/>
      <w:r w:rsidRPr="00B50B54">
        <w:rPr>
          <w:rFonts w:ascii="ABC Repro Medium" w:hAnsi="ABC Repro Medium"/>
          <w:b/>
          <w:color w:val="000000" w:themeColor="text1"/>
        </w:rPr>
        <w:t>Podpis</w:t>
      </w:r>
      <w:proofErr w:type="spellEnd"/>
      <w:r w:rsidRPr="00B50B54">
        <w:rPr>
          <w:rFonts w:ascii="ABC Repro Medium" w:hAnsi="ABC Repro Medium"/>
          <w:b/>
          <w:color w:val="000000" w:themeColor="text1"/>
        </w:rPr>
        <w:t>: .....................................................    Data: ....................</w:t>
      </w:r>
    </w:p>
    <w:sectPr w:rsidR="00B00F9C" w:rsidRPr="00B50B54" w:rsidSect="00B50B54">
      <w:headerReference w:type="default" r:id="rId8"/>
      <w:pgSz w:w="12240" w:h="15840"/>
      <w:pgMar w:top="2434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B3C81D" w14:textId="77777777" w:rsidR="00A61506" w:rsidRDefault="00A61506" w:rsidP="00B50B54">
      <w:pPr>
        <w:spacing w:after="0" w:line="240" w:lineRule="auto"/>
      </w:pPr>
      <w:r>
        <w:separator/>
      </w:r>
    </w:p>
  </w:endnote>
  <w:endnote w:type="continuationSeparator" w:id="0">
    <w:p w14:paraId="39399123" w14:textId="77777777" w:rsidR="00A61506" w:rsidRDefault="00A61506" w:rsidP="00B50B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BC Repro Medium">
    <w:altName w:val="Calibri"/>
    <w:panose1 w:val="00000000000000000000"/>
    <w:charset w:val="00"/>
    <w:family w:val="swiss"/>
    <w:notTrueType/>
    <w:pitch w:val="variable"/>
    <w:sig w:usb0="00000007" w:usb1="00000000" w:usb2="00000000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1DA71E" w14:textId="77777777" w:rsidR="00A61506" w:rsidRDefault="00A61506" w:rsidP="00B50B54">
      <w:pPr>
        <w:spacing w:after="0" w:line="240" w:lineRule="auto"/>
      </w:pPr>
      <w:r>
        <w:separator/>
      </w:r>
    </w:p>
  </w:footnote>
  <w:footnote w:type="continuationSeparator" w:id="0">
    <w:p w14:paraId="21331A2C" w14:textId="77777777" w:rsidR="00A61506" w:rsidRDefault="00A61506" w:rsidP="00B50B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D1E1AF" w14:textId="77777777" w:rsidR="00B50B54" w:rsidRDefault="00B50B54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A7A4BBD" wp14:editId="60B850AC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089150" cy="1016000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9150" cy="101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56429997">
    <w:abstractNumId w:val="8"/>
  </w:num>
  <w:num w:numId="2" w16cid:durableId="726609420">
    <w:abstractNumId w:val="6"/>
  </w:num>
  <w:num w:numId="3" w16cid:durableId="824248292">
    <w:abstractNumId w:val="5"/>
  </w:num>
  <w:num w:numId="4" w16cid:durableId="1089348529">
    <w:abstractNumId w:val="4"/>
  </w:num>
  <w:num w:numId="5" w16cid:durableId="686450219">
    <w:abstractNumId w:val="7"/>
  </w:num>
  <w:num w:numId="6" w16cid:durableId="534511931">
    <w:abstractNumId w:val="3"/>
  </w:num>
  <w:num w:numId="7" w16cid:durableId="742289848">
    <w:abstractNumId w:val="2"/>
  </w:num>
  <w:num w:numId="8" w16cid:durableId="50888648">
    <w:abstractNumId w:val="1"/>
  </w:num>
  <w:num w:numId="9" w16cid:durableId="18221924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8708D"/>
    <w:rsid w:val="0029639D"/>
    <w:rsid w:val="00326F90"/>
    <w:rsid w:val="00573148"/>
    <w:rsid w:val="009F258D"/>
    <w:rsid w:val="00A61506"/>
    <w:rsid w:val="00AA1D8D"/>
    <w:rsid w:val="00B00F9C"/>
    <w:rsid w:val="00B47730"/>
    <w:rsid w:val="00B50B54"/>
    <w:rsid w:val="00CB0664"/>
    <w:rsid w:val="00CC3509"/>
    <w:rsid w:val="00CE06CD"/>
    <w:rsid w:val="00CE6727"/>
    <w:rsid w:val="00D668F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065F84"/>
  <w14:defaultImageDpi w14:val="300"/>
  <w15:docId w15:val="{76D0870B-8EFB-7545-BC1D-7B45A15A6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7A67191-4F15-3848-9669-E0D9C2D23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261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kkulbicki</cp:lastModifiedBy>
  <cp:revision>2</cp:revision>
  <dcterms:created xsi:type="dcterms:W3CDTF">2025-09-24T12:10:00Z</dcterms:created>
  <dcterms:modified xsi:type="dcterms:W3CDTF">2025-09-24T12:10:00Z</dcterms:modified>
  <cp:category/>
</cp:coreProperties>
</file>